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E2E59" w14:textId="1E525B24" w:rsidR="001D4C2F" w:rsidRDefault="00A45C81" w:rsidP="00933B60">
      <w:pPr>
        <w:pStyle w:val="Title"/>
        <w:tabs>
          <w:tab w:val="left" w:pos="0"/>
        </w:tabs>
        <w:ind w:hanging="810"/>
        <w:jc w:val="center"/>
      </w:pPr>
      <w:r>
        <w:t>GNPEC Student Survey</w:t>
      </w:r>
    </w:p>
    <w:p w14:paraId="34998DD6" w14:textId="77777777" w:rsidR="00933B60" w:rsidRDefault="00933B60" w:rsidP="00933B60">
      <w:pPr>
        <w:spacing w:line="480" w:lineRule="auto"/>
      </w:pPr>
    </w:p>
    <w:p w14:paraId="3E44ABF5" w14:textId="59733A89" w:rsidR="0015798A" w:rsidRDefault="00A45C81" w:rsidP="00933B60">
      <w:pPr>
        <w:spacing w:line="480" w:lineRule="auto"/>
        <w:ind w:left="-720"/>
      </w:pPr>
      <w:r>
        <w:t>Current Program: __________________________</w:t>
      </w:r>
      <w:r w:rsidR="001D4C2F">
        <w:t>______________________________________________________________</w:t>
      </w:r>
      <w:r>
        <w:br/>
        <w:t>Start Date: _</w:t>
      </w:r>
      <w:r w:rsidR="001D4C2F">
        <w:t>____</w:t>
      </w:r>
      <w:r>
        <w:t>_/_</w:t>
      </w:r>
      <w:r w:rsidR="001D4C2F">
        <w:t>____</w:t>
      </w:r>
      <w:r>
        <w:t>_/__</w:t>
      </w:r>
      <w:r w:rsidR="001D4C2F">
        <w:t>___</w:t>
      </w:r>
      <w:r>
        <w:t>__</w:t>
      </w:r>
    </w:p>
    <w:p w14:paraId="2E649AD6" w14:textId="7AE31CAF" w:rsidR="0015798A" w:rsidRDefault="00A45C81" w:rsidP="001D4C2F">
      <w:pPr>
        <w:ind w:left="-1080"/>
        <w:jc w:val="center"/>
      </w:pPr>
      <w:r>
        <w:t>After reading each statement, please check the box that best reflects your opinion and experience at this school.</w:t>
      </w:r>
    </w:p>
    <w:tbl>
      <w:tblPr>
        <w:tblStyle w:val="TableGrid"/>
        <w:tblW w:w="10890" w:type="dxa"/>
        <w:tblInd w:w="-972" w:type="dxa"/>
        <w:tblLook w:val="04A0" w:firstRow="1" w:lastRow="0" w:firstColumn="1" w:lastColumn="0" w:noHBand="0" w:noVBand="1"/>
      </w:tblPr>
      <w:tblGrid>
        <w:gridCol w:w="4182"/>
        <w:gridCol w:w="1341"/>
        <w:gridCol w:w="1342"/>
        <w:gridCol w:w="1341"/>
        <w:gridCol w:w="1342"/>
        <w:gridCol w:w="1342"/>
      </w:tblGrid>
      <w:tr w:rsidR="00F008AD" w14:paraId="05F0F2B0" w14:textId="77777777" w:rsidTr="00933B60">
        <w:trPr>
          <w:trHeight w:val="566"/>
        </w:trPr>
        <w:tc>
          <w:tcPr>
            <w:tcW w:w="4182" w:type="dxa"/>
          </w:tcPr>
          <w:p w14:paraId="5BEEA0A6" w14:textId="62E43E30" w:rsidR="00F008AD" w:rsidRDefault="00AA3A70">
            <w:pPr>
              <w:jc w:val="center"/>
            </w:pPr>
            <w:r>
              <w:rPr>
                <w:b/>
              </w:rPr>
              <w:t xml:space="preserve">Admissions </w:t>
            </w:r>
            <w:r w:rsidR="00A45C81">
              <w:rPr>
                <w:b/>
              </w:rPr>
              <w:t>Statement</w:t>
            </w:r>
          </w:p>
        </w:tc>
        <w:tc>
          <w:tcPr>
            <w:tcW w:w="1341" w:type="dxa"/>
          </w:tcPr>
          <w:p w14:paraId="6C95F830" w14:textId="77777777" w:rsidR="00F008AD" w:rsidRDefault="00A45C81">
            <w:pPr>
              <w:jc w:val="center"/>
            </w:pPr>
            <w:r>
              <w:rPr>
                <w:b/>
              </w:rPr>
              <w:t>Strongly Agree</w:t>
            </w:r>
          </w:p>
        </w:tc>
        <w:tc>
          <w:tcPr>
            <w:tcW w:w="1342" w:type="dxa"/>
          </w:tcPr>
          <w:p w14:paraId="505F3B41" w14:textId="77777777" w:rsidR="00F008AD" w:rsidRDefault="00A45C81">
            <w:pPr>
              <w:jc w:val="center"/>
            </w:pPr>
            <w:r>
              <w:rPr>
                <w:b/>
              </w:rPr>
              <w:t>Agree</w:t>
            </w:r>
          </w:p>
        </w:tc>
        <w:tc>
          <w:tcPr>
            <w:tcW w:w="1341" w:type="dxa"/>
          </w:tcPr>
          <w:p w14:paraId="70710327" w14:textId="77777777" w:rsidR="00F008AD" w:rsidRDefault="00A45C81">
            <w:pPr>
              <w:jc w:val="center"/>
            </w:pPr>
            <w:r>
              <w:rPr>
                <w:b/>
              </w:rPr>
              <w:t>Neutral</w:t>
            </w:r>
          </w:p>
        </w:tc>
        <w:tc>
          <w:tcPr>
            <w:tcW w:w="1342" w:type="dxa"/>
          </w:tcPr>
          <w:p w14:paraId="3A92E781" w14:textId="77777777" w:rsidR="00F008AD" w:rsidRDefault="00A45C81">
            <w:pPr>
              <w:jc w:val="center"/>
            </w:pPr>
            <w:r>
              <w:rPr>
                <w:b/>
              </w:rPr>
              <w:t>Disagree</w:t>
            </w:r>
          </w:p>
        </w:tc>
        <w:tc>
          <w:tcPr>
            <w:tcW w:w="1342" w:type="dxa"/>
          </w:tcPr>
          <w:p w14:paraId="30C80EEA" w14:textId="77777777" w:rsidR="00F008AD" w:rsidRDefault="00A45C81">
            <w:pPr>
              <w:jc w:val="center"/>
            </w:pPr>
            <w:r>
              <w:rPr>
                <w:b/>
              </w:rPr>
              <w:t>Strongly Disagree</w:t>
            </w:r>
          </w:p>
        </w:tc>
      </w:tr>
      <w:tr w:rsidR="00F008AD" w14:paraId="78E86B9C" w14:textId="77777777" w:rsidTr="00F80ABD">
        <w:tc>
          <w:tcPr>
            <w:tcW w:w="4182" w:type="dxa"/>
          </w:tcPr>
          <w:p w14:paraId="079B0EF3" w14:textId="77777777" w:rsidR="00F008AD" w:rsidRDefault="00A45C81" w:rsidP="001D4C2F">
            <w:pPr>
              <w:spacing w:line="276" w:lineRule="auto"/>
            </w:pPr>
            <w:r>
              <w:t>All information about the institution was provided to me upon enrollment.</w:t>
            </w:r>
          </w:p>
        </w:tc>
        <w:tc>
          <w:tcPr>
            <w:tcW w:w="1341" w:type="dxa"/>
          </w:tcPr>
          <w:p w14:paraId="62993EEA" w14:textId="77777777" w:rsidR="00F008AD" w:rsidRDefault="00A45C81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42" w:type="dxa"/>
          </w:tcPr>
          <w:p w14:paraId="2C0F9184" w14:textId="77777777" w:rsidR="00F008AD" w:rsidRDefault="00A45C81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41" w:type="dxa"/>
          </w:tcPr>
          <w:p w14:paraId="6C4E4E1E" w14:textId="77777777" w:rsidR="00F008AD" w:rsidRDefault="00A45C81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42" w:type="dxa"/>
          </w:tcPr>
          <w:p w14:paraId="1317B496" w14:textId="77777777" w:rsidR="00F008AD" w:rsidRDefault="00A45C81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42" w:type="dxa"/>
          </w:tcPr>
          <w:p w14:paraId="0F779053" w14:textId="77777777" w:rsidR="00F008AD" w:rsidRDefault="00A45C81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F008AD" w14:paraId="030954C0" w14:textId="77777777" w:rsidTr="00F80ABD">
        <w:tc>
          <w:tcPr>
            <w:tcW w:w="4182" w:type="dxa"/>
          </w:tcPr>
          <w:p w14:paraId="07752700" w14:textId="77777777" w:rsidR="00F008AD" w:rsidRDefault="00A45C81" w:rsidP="001D4C2F">
            <w:pPr>
              <w:spacing w:line="276" w:lineRule="auto"/>
            </w:pPr>
            <w:r>
              <w:t>Institutional tuition costs and fees were accurately explained to me prior to enrollment.</w:t>
            </w:r>
          </w:p>
        </w:tc>
        <w:tc>
          <w:tcPr>
            <w:tcW w:w="1341" w:type="dxa"/>
          </w:tcPr>
          <w:p w14:paraId="3465F10F" w14:textId="77777777" w:rsidR="00F008AD" w:rsidRDefault="00A45C81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42" w:type="dxa"/>
          </w:tcPr>
          <w:p w14:paraId="45DD9FEB" w14:textId="77777777" w:rsidR="00F008AD" w:rsidRDefault="00A45C81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41" w:type="dxa"/>
          </w:tcPr>
          <w:p w14:paraId="624CE18C" w14:textId="77777777" w:rsidR="00F008AD" w:rsidRDefault="00A45C81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42" w:type="dxa"/>
          </w:tcPr>
          <w:p w14:paraId="3A759645" w14:textId="77777777" w:rsidR="00F008AD" w:rsidRDefault="00A45C81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42" w:type="dxa"/>
          </w:tcPr>
          <w:p w14:paraId="4C12A9CF" w14:textId="77777777" w:rsidR="00F008AD" w:rsidRDefault="00A45C81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F008AD" w14:paraId="6A3BC05C" w14:textId="77777777" w:rsidTr="00F80ABD">
        <w:tc>
          <w:tcPr>
            <w:tcW w:w="4182" w:type="dxa"/>
          </w:tcPr>
          <w:p w14:paraId="18050878" w14:textId="77777777" w:rsidR="00F008AD" w:rsidRDefault="00A45C81" w:rsidP="001D4C2F">
            <w:pPr>
              <w:spacing w:line="276" w:lineRule="auto"/>
            </w:pPr>
            <w:r>
              <w:t>I made the decision to enroll without pressure from the institution.</w:t>
            </w:r>
          </w:p>
        </w:tc>
        <w:tc>
          <w:tcPr>
            <w:tcW w:w="1341" w:type="dxa"/>
          </w:tcPr>
          <w:p w14:paraId="14229859" w14:textId="77777777" w:rsidR="00F008AD" w:rsidRDefault="00A45C81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42" w:type="dxa"/>
          </w:tcPr>
          <w:p w14:paraId="0E3B5405" w14:textId="77777777" w:rsidR="00F008AD" w:rsidRDefault="00A45C81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41" w:type="dxa"/>
          </w:tcPr>
          <w:p w14:paraId="1512F473" w14:textId="77777777" w:rsidR="00F008AD" w:rsidRDefault="00A45C81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42" w:type="dxa"/>
          </w:tcPr>
          <w:p w14:paraId="13388ED6" w14:textId="77777777" w:rsidR="00F008AD" w:rsidRDefault="00A45C81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42" w:type="dxa"/>
          </w:tcPr>
          <w:p w14:paraId="7BCC5DE9" w14:textId="77777777" w:rsidR="00F008AD" w:rsidRDefault="00A45C81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F008AD" w14:paraId="183C138C" w14:textId="77777777" w:rsidTr="00F80ABD">
        <w:tc>
          <w:tcPr>
            <w:tcW w:w="4182" w:type="dxa"/>
          </w:tcPr>
          <w:p w14:paraId="114F680F" w14:textId="77777777" w:rsidR="00F008AD" w:rsidRDefault="00A45C81" w:rsidP="001D4C2F">
            <w:pPr>
              <w:spacing w:line="276" w:lineRule="auto"/>
            </w:pPr>
            <w:r>
              <w:t>Overall, I am satisfied with the admissions process.</w:t>
            </w:r>
          </w:p>
        </w:tc>
        <w:tc>
          <w:tcPr>
            <w:tcW w:w="1341" w:type="dxa"/>
          </w:tcPr>
          <w:p w14:paraId="2E57CABC" w14:textId="77777777" w:rsidR="00F008AD" w:rsidRDefault="00A45C81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42" w:type="dxa"/>
          </w:tcPr>
          <w:p w14:paraId="79096C7B" w14:textId="77777777" w:rsidR="00F008AD" w:rsidRDefault="00A45C81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41" w:type="dxa"/>
          </w:tcPr>
          <w:p w14:paraId="799390E2" w14:textId="77777777" w:rsidR="00F008AD" w:rsidRDefault="00A45C81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42" w:type="dxa"/>
          </w:tcPr>
          <w:p w14:paraId="2D2A2504" w14:textId="77777777" w:rsidR="00F008AD" w:rsidRDefault="00A45C81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42" w:type="dxa"/>
          </w:tcPr>
          <w:p w14:paraId="44DAC81F" w14:textId="77777777" w:rsidR="00F008AD" w:rsidRDefault="00A45C81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</w:tbl>
    <w:p w14:paraId="5E5F530D" w14:textId="77777777" w:rsidR="00933B60" w:rsidRDefault="00933B60" w:rsidP="001D4C2F">
      <w:pPr>
        <w:spacing w:line="276" w:lineRule="auto"/>
      </w:pPr>
    </w:p>
    <w:tbl>
      <w:tblPr>
        <w:tblStyle w:val="TableGrid"/>
        <w:tblW w:w="10890" w:type="dxa"/>
        <w:tblInd w:w="-972" w:type="dxa"/>
        <w:tblLook w:val="04A0" w:firstRow="1" w:lastRow="0" w:firstColumn="1" w:lastColumn="0" w:noHBand="0" w:noVBand="1"/>
      </w:tblPr>
      <w:tblGrid>
        <w:gridCol w:w="4151"/>
        <w:gridCol w:w="1347"/>
        <w:gridCol w:w="1348"/>
        <w:gridCol w:w="1348"/>
        <w:gridCol w:w="1348"/>
        <w:gridCol w:w="1348"/>
      </w:tblGrid>
      <w:tr w:rsidR="00AA3A70" w14:paraId="042666EB" w14:textId="77777777" w:rsidTr="00933B60">
        <w:trPr>
          <w:trHeight w:val="683"/>
        </w:trPr>
        <w:tc>
          <w:tcPr>
            <w:tcW w:w="4151" w:type="dxa"/>
          </w:tcPr>
          <w:p w14:paraId="4BD4FA75" w14:textId="111136E5" w:rsidR="00AA3A70" w:rsidRDefault="00AA3A70" w:rsidP="001D4C2F">
            <w:pPr>
              <w:spacing w:line="276" w:lineRule="auto"/>
            </w:pPr>
            <w:r>
              <w:rPr>
                <w:b/>
              </w:rPr>
              <w:t>Student Resources Statement</w:t>
            </w:r>
          </w:p>
        </w:tc>
        <w:tc>
          <w:tcPr>
            <w:tcW w:w="1347" w:type="dxa"/>
          </w:tcPr>
          <w:p w14:paraId="4499431B" w14:textId="10E61CB2" w:rsidR="00AA3A70" w:rsidRDefault="00AA3A70" w:rsidP="001D4C2F">
            <w:pPr>
              <w:spacing w:line="276" w:lineRule="auto"/>
              <w:jc w:val="center"/>
            </w:pPr>
            <w:r>
              <w:rPr>
                <w:b/>
              </w:rPr>
              <w:t>Strongly Agree</w:t>
            </w:r>
          </w:p>
        </w:tc>
        <w:tc>
          <w:tcPr>
            <w:tcW w:w="1348" w:type="dxa"/>
          </w:tcPr>
          <w:p w14:paraId="46B02C2A" w14:textId="66E78ACA" w:rsidR="00AA3A70" w:rsidRDefault="00AA3A70" w:rsidP="001D4C2F">
            <w:pPr>
              <w:spacing w:line="276" w:lineRule="auto"/>
              <w:jc w:val="center"/>
            </w:pPr>
            <w:r>
              <w:rPr>
                <w:b/>
              </w:rPr>
              <w:t>Agree</w:t>
            </w:r>
          </w:p>
        </w:tc>
        <w:tc>
          <w:tcPr>
            <w:tcW w:w="1348" w:type="dxa"/>
          </w:tcPr>
          <w:p w14:paraId="6F9B1A6D" w14:textId="5BC45514" w:rsidR="00AA3A70" w:rsidRDefault="00AA3A70" w:rsidP="001D4C2F">
            <w:pPr>
              <w:spacing w:line="276" w:lineRule="auto"/>
              <w:jc w:val="center"/>
            </w:pPr>
            <w:r>
              <w:rPr>
                <w:b/>
              </w:rPr>
              <w:t>Neutral</w:t>
            </w:r>
          </w:p>
        </w:tc>
        <w:tc>
          <w:tcPr>
            <w:tcW w:w="1348" w:type="dxa"/>
          </w:tcPr>
          <w:p w14:paraId="2C51B944" w14:textId="1600B71C" w:rsidR="00AA3A70" w:rsidRDefault="00AA3A70" w:rsidP="001D4C2F">
            <w:pPr>
              <w:spacing w:line="276" w:lineRule="auto"/>
              <w:jc w:val="center"/>
            </w:pPr>
            <w:r>
              <w:rPr>
                <w:b/>
              </w:rPr>
              <w:t>Disagree</w:t>
            </w:r>
          </w:p>
        </w:tc>
        <w:tc>
          <w:tcPr>
            <w:tcW w:w="1348" w:type="dxa"/>
          </w:tcPr>
          <w:p w14:paraId="563D2E4F" w14:textId="347D74A8" w:rsidR="00AA3A70" w:rsidRDefault="00AA3A70" w:rsidP="001D4C2F">
            <w:pPr>
              <w:spacing w:line="276" w:lineRule="auto"/>
              <w:jc w:val="center"/>
            </w:pPr>
            <w:r>
              <w:rPr>
                <w:b/>
              </w:rPr>
              <w:t>Strongly Disagree</w:t>
            </w:r>
          </w:p>
        </w:tc>
      </w:tr>
      <w:tr w:rsidR="00AA3A70" w14:paraId="16F51B9D" w14:textId="77777777" w:rsidTr="00F80ABD">
        <w:tc>
          <w:tcPr>
            <w:tcW w:w="4151" w:type="dxa"/>
          </w:tcPr>
          <w:p w14:paraId="53C6A3DF" w14:textId="1F3DF9E8" w:rsidR="00AA3A70" w:rsidRDefault="00AA3A70" w:rsidP="001D4C2F">
            <w:pPr>
              <w:spacing w:line="276" w:lineRule="auto"/>
            </w:pPr>
            <w:r>
              <w:t>The school has made me aware of resources available to me that may help me get a job after I graduate.</w:t>
            </w:r>
          </w:p>
        </w:tc>
        <w:tc>
          <w:tcPr>
            <w:tcW w:w="1347" w:type="dxa"/>
          </w:tcPr>
          <w:p w14:paraId="06897CD4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48" w:type="dxa"/>
          </w:tcPr>
          <w:p w14:paraId="63868A2F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48" w:type="dxa"/>
          </w:tcPr>
          <w:p w14:paraId="3B701D9E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48" w:type="dxa"/>
          </w:tcPr>
          <w:p w14:paraId="572D097E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48" w:type="dxa"/>
          </w:tcPr>
          <w:p w14:paraId="75D21178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AA3A70" w14:paraId="593DA81B" w14:textId="77777777" w:rsidTr="00F80ABD">
        <w:tc>
          <w:tcPr>
            <w:tcW w:w="4151" w:type="dxa"/>
          </w:tcPr>
          <w:p w14:paraId="5431029E" w14:textId="77777777" w:rsidR="00AA3A70" w:rsidRDefault="00AA3A70" w:rsidP="001D4C2F">
            <w:pPr>
              <w:spacing w:line="276" w:lineRule="auto"/>
            </w:pPr>
            <w:r>
              <w:t>The school has made me aware of resources available to me if I have a complaint about the school.</w:t>
            </w:r>
          </w:p>
        </w:tc>
        <w:tc>
          <w:tcPr>
            <w:tcW w:w="1347" w:type="dxa"/>
          </w:tcPr>
          <w:p w14:paraId="773E4428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48" w:type="dxa"/>
          </w:tcPr>
          <w:p w14:paraId="2AC9ADCA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48" w:type="dxa"/>
          </w:tcPr>
          <w:p w14:paraId="161CF095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48" w:type="dxa"/>
          </w:tcPr>
          <w:p w14:paraId="6F464191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48" w:type="dxa"/>
          </w:tcPr>
          <w:p w14:paraId="754E55C7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AA3A70" w14:paraId="36AD0B8A" w14:textId="77777777" w:rsidTr="00F80ABD">
        <w:tc>
          <w:tcPr>
            <w:tcW w:w="4151" w:type="dxa"/>
          </w:tcPr>
          <w:p w14:paraId="2D66F48B" w14:textId="77777777" w:rsidR="00AA3A70" w:rsidRDefault="00AA3A70" w:rsidP="001D4C2F">
            <w:pPr>
              <w:spacing w:line="276" w:lineRule="auto"/>
            </w:pPr>
            <w:r>
              <w:t>The school has provided adequate student resources.</w:t>
            </w:r>
          </w:p>
        </w:tc>
        <w:tc>
          <w:tcPr>
            <w:tcW w:w="1347" w:type="dxa"/>
          </w:tcPr>
          <w:p w14:paraId="61C03F14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48" w:type="dxa"/>
          </w:tcPr>
          <w:p w14:paraId="2740C027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48" w:type="dxa"/>
          </w:tcPr>
          <w:p w14:paraId="7A18627E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48" w:type="dxa"/>
          </w:tcPr>
          <w:p w14:paraId="1487832C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48" w:type="dxa"/>
          </w:tcPr>
          <w:p w14:paraId="2DBFEB27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AA3A70" w14:paraId="29E9E130" w14:textId="77777777" w:rsidTr="00F80ABD">
        <w:tc>
          <w:tcPr>
            <w:tcW w:w="4151" w:type="dxa"/>
          </w:tcPr>
          <w:p w14:paraId="27A074D7" w14:textId="77777777" w:rsidR="00AA3A70" w:rsidRDefault="00AA3A70" w:rsidP="001D4C2F">
            <w:pPr>
              <w:spacing w:line="276" w:lineRule="auto"/>
            </w:pPr>
            <w:r>
              <w:t>Overall, I am satisfied with the student resources.</w:t>
            </w:r>
          </w:p>
        </w:tc>
        <w:tc>
          <w:tcPr>
            <w:tcW w:w="1347" w:type="dxa"/>
          </w:tcPr>
          <w:p w14:paraId="51AF2F6D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48" w:type="dxa"/>
          </w:tcPr>
          <w:p w14:paraId="48BB41D6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48" w:type="dxa"/>
          </w:tcPr>
          <w:p w14:paraId="52D99565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48" w:type="dxa"/>
          </w:tcPr>
          <w:p w14:paraId="004517B1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48" w:type="dxa"/>
          </w:tcPr>
          <w:p w14:paraId="75AA862A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</w:tbl>
    <w:p w14:paraId="3DA06C89" w14:textId="120BBBC0" w:rsidR="00067800" w:rsidRDefault="00067800" w:rsidP="001D4C2F">
      <w:pPr>
        <w:spacing w:line="276" w:lineRule="auto"/>
      </w:pPr>
    </w:p>
    <w:p w14:paraId="23CB86BB" w14:textId="77777777" w:rsidR="00933B60" w:rsidRDefault="00933B60" w:rsidP="001D4C2F">
      <w:pPr>
        <w:spacing w:line="276" w:lineRule="auto"/>
      </w:pPr>
    </w:p>
    <w:tbl>
      <w:tblPr>
        <w:tblStyle w:val="TableGrid"/>
        <w:tblW w:w="10890" w:type="dxa"/>
        <w:tblInd w:w="-972" w:type="dxa"/>
        <w:tblLook w:val="04A0" w:firstRow="1" w:lastRow="0" w:firstColumn="1" w:lastColumn="0" w:noHBand="0" w:noVBand="1"/>
      </w:tblPr>
      <w:tblGrid>
        <w:gridCol w:w="4123"/>
        <w:gridCol w:w="1353"/>
        <w:gridCol w:w="1353"/>
        <w:gridCol w:w="1354"/>
        <w:gridCol w:w="1353"/>
        <w:gridCol w:w="1354"/>
      </w:tblGrid>
      <w:tr w:rsidR="00AA3A70" w14:paraId="4D683647" w14:textId="77777777" w:rsidTr="00933B60">
        <w:trPr>
          <w:trHeight w:val="656"/>
        </w:trPr>
        <w:tc>
          <w:tcPr>
            <w:tcW w:w="4123" w:type="dxa"/>
          </w:tcPr>
          <w:p w14:paraId="61098D57" w14:textId="31E45EBD" w:rsidR="00AA3A70" w:rsidRDefault="00AA3A70" w:rsidP="001D4C2F">
            <w:pPr>
              <w:spacing w:line="276" w:lineRule="auto"/>
            </w:pPr>
            <w:r>
              <w:rPr>
                <w:b/>
              </w:rPr>
              <w:t>Program of Study Statement</w:t>
            </w:r>
          </w:p>
        </w:tc>
        <w:tc>
          <w:tcPr>
            <w:tcW w:w="1353" w:type="dxa"/>
          </w:tcPr>
          <w:p w14:paraId="46802E47" w14:textId="510015B7" w:rsidR="00AA3A70" w:rsidRDefault="00AA3A70" w:rsidP="001D4C2F">
            <w:pPr>
              <w:spacing w:line="276" w:lineRule="auto"/>
              <w:jc w:val="center"/>
            </w:pPr>
            <w:r>
              <w:rPr>
                <w:b/>
              </w:rPr>
              <w:t>Strongly Agree</w:t>
            </w:r>
          </w:p>
        </w:tc>
        <w:tc>
          <w:tcPr>
            <w:tcW w:w="1353" w:type="dxa"/>
          </w:tcPr>
          <w:p w14:paraId="3E7C344F" w14:textId="0B4DF9FB" w:rsidR="00AA3A70" w:rsidRDefault="00AA3A70" w:rsidP="001D4C2F">
            <w:pPr>
              <w:spacing w:line="276" w:lineRule="auto"/>
              <w:jc w:val="center"/>
            </w:pPr>
            <w:r>
              <w:rPr>
                <w:b/>
              </w:rPr>
              <w:t>Agree</w:t>
            </w:r>
          </w:p>
        </w:tc>
        <w:tc>
          <w:tcPr>
            <w:tcW w:w="1354" w:type="dxa"/>
          </w:tcPr>
          <w:p w14:paraId="3DEF7E5C" w14:textId="497BC642" w:rsidR="00AA3A70" w:rsidRDefault="00AA3A70" w:rsidP="001D4C2F">
            <w:pPr>
              <w:spacing w:line="276" w:lineRule="auto"/>
              <w:jc w:val="center"/>
            </w:pPr>
            <w:r>
              <w:rPr>
                <w:b/>
              </w:rPr>
              <w:t>Neutral</w:t>
            </w:r>
          </w:p>
        </w:tc>
        <w:tc>
          <w:tcPr>
            <w:tcW w:w="1353" w:type="dxa"/>
          </w:tcPr>
          <w:p w14:paraId="27CF6A16" w14:textId="2C71B509" w:rsidR="00AA3A70" w:rsidRDefault="00AA3A70" w:rsidP="001D4C2F">
            <w:pPr>
              <w:spacing w:line="276" w:lineRule="auto"/>
              <w:jc w:val="center"/>
            </w:pPr>
            <w:r>
              <w:rPr>
                <w:b/>
              </w:rPr>
              <w:t>Disagree</w:t>
            </w:r>
          </w:p>
        </w:tc>
        <w:tc>
          <w:tcPr>
            <w:tcW w:w="1354" w:type="dxa"/>
          </w:tcPr>
          <w:p w14:paraId="5B259F96" w14:textId="213AD2B1" w:rsidR="00AA3A70" w:rsidRDefault="00AA3A70" w:rsidP="001D4C2F">
            <w:pPr>
              <w:spacing w:line="276" w:lineRule="auto"/>
              <w:jc w:val="center"/>
            </w:pPr>
            <w:r>
              <w:rPr>
                <w:b/>
              </w:rPr>
              <w:t>Strongly Disagree</w:t>
            </w:r>
          </w:p>
        </w:tc>
      </w:tr>
      <w:tr w:rsidR="00AA3A70" w14:paraId="69EB10CF" w14:textId="77777777" w:rsidTr="00F80ABD">
        <w:tc>
          <w:tcPr>
            <w:tcW w:w="4123" w:type="dxa"/>
          </w:tcPr>
          <w:p w14:paraId="0C70ADE8" w14:textId="77777777" w:rsidR="00AA3A70" w:rsidRDefault="00AA3A70" w:rsidP="001D4C2F">
            <w:pPr>
              <w:spacing w:line="276" w:lineRule="auto"/>
            </w:pPr>
            <w:r>
              <w:t>The curriculum being taught is appropriate for my current program of study.</w:t>
            </w:r>
          </w:p>
        </w:tc>
        <w:tc>
          <w:tcPr>
            <w:tcW w:w="1353" w:type="dxa"/>
          </w:tcPr>
          <w:p w14:paraId="59CC4AFC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3" w:type="dxa"/>
          </w:tcPr>
          <w:p w14:paraId="0D659E1C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4" w:type="dxa"/>
          </w:tcPr>
          <w:p w14:paraId="0E6F559E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3" w:type="dxa"/>
          </w:tcPr>
          <w:p w14:paraId="60343FC6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4" w:type="dxa"/>
          </w:tcPr>
          <w:p w14:paraId="4F7F83AB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AA3A70" w14:paraId="65F5F91B" w14:textId="77777777" w:rsidTr="00F80ABD">
        <w:tc>
          <w:tcPr>
            <w:tcW w:w="4123" w:type="dxa"/>
          </w:tcPr>
          <w:p w14:paraId="79F0BF4B" w14:textId="77777777" w:rsidR="00AA3A70" w:rsidRDefault="00AA3A70" w:rsidP="001D4C2F">
            <w:pPr>
              <w:spacing w:line="276" w:lineRule="auto"/>
            </w:pPr>
            <w:r>
              <w:t>The instruction being provided is appropriate for my current program of study.</w:t>
            </w:r>
          </w:p>
        </w:tc>
        <w:tc>
          <w:tcPr>
            <w:tcW w:w="1353" w:type="dxa"/>
          </w:tcPr>
          <w:p w14:paraId="23E7A83E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3" w:type="dxa"/>
          </w:tcPr>
          <w:p w14:paraId="092E2014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4" w:type="dxa"/>
          </w:tcPr>
          <w:p w14:paraId="499152AB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3" w:type="dxa"/>
          </w:tcPr>
          <w:p w14:paraId="671D34D3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4" w:type="dxa"/>
          </w:tcPr>
          <w:p w14:paraId="66806029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AA3A70" w14:paraId="46653BD6" w14:textId="77777777" w:rsidTr="00F80ABD">
        <w:tc>
          <w:tcPr>
            <w:tcW w:w="4123" w:type="dxa"/>
          </w:tcPr>
          <w:p w14:paraId="28627673" w14:textId="77777777" w:rsidR="00AA3A70" w:rsidRDefault="00AA3A70" w:rsidP="001D4C2F">
            <w:pPr>
              <w:spacing w:line="276" w:lineRule="auto"/>
            </w:pPr>
            <w:r>
              <w:t>The school’s grading policy has been provided to me.</w:t>
            </w:r>
          </w:p>
        </w:tc>
        <w:tc>
          <w:tcPr>
            <w:tcW w:w="1353" w:type="dxa"/>
          </w:tcPr>
          <w:p w14:paraId="6466D3FF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3" w:type="dxa"/>
          </w:tcPr>
          <w:p w14:paraId="57DFBCA5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4" w:type="dxa"/>
          </w:tcPr>
          <w:p w14:paraId="3D54EC12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3" w:type="dxa"/>
          </w:tcPr>
          <w:p w14:paraId="7DF1381D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4" w:type="dxa"/>
          </w:tcPr>
          <w:p w14:paraId="2A02BEFA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AA3A70" w14:paraId="53929DCC" w14:textId="77777777" w:rsidTr="00F80ABD">
        <w:tc>
          <w:tcPr>
            <w:tcW w:w="4123" w:type="dxa"/>
          </w:tcPr>
          <w:p w14:paraId="34B5515E" w14:textId="77777777" w:rsidR="00AA3A70" w:rsidRDefault="00AA3A70" w:rsidP="001D4C2F">
            <w:pPr>
              <w:spacing w:line="276" w:lineRule="auto"/>
            </w:pPr>
            <w:r>
              <w:t>The school’s grading policy is appropriate for the program in which I am enrolled.</w:t>
            </w:r>
          </w:p>
        </w:tc>
        <w:tc>
          <w:tcPr>
            <w:tcW w:w="1353" w:type="dxa"/>
          </w:tcPr>
          <w:p w14:paraId="2AFF47B6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3" w:type="dxa"/>
          </w:tcPr>
          <w:p w14:paraId="1E6ECC50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4" w:type="dxa"/>
          </w:tcPr>
          <w:p w14:paraId="1BA0DF93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3" w:type="dxa"/>
          </w:tcPr>
          <w:p w14:paraId="05ADBAF6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4" w:type="dxa"/>
          </w:tcPr>
          <w:p w14:paraId="74EA1773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AA3A70" w14:paraId="4A164D82" w14:textId="77777777" w:rsidTr="00F80ABD">
        <w:tc>
          <w:tcPr>
            <w:tcW w:w="4123" w:type="dxa"/>
          </w:tcPr>
          <w:p w14:paraId="3ABC813D" w14:textId="77777777" w:rsidR="00AA3A70" w:rsidRDefault="00AA3A70" w:rsidP="001D4C2F">
            <w:pPr>
              <w:spacing w:line="276" w:lineRule="auto"/>
            </w:pPr>
            <w:r>
              <w:t>Overall, I am satisfied with my program of study.</w:t>
            </w:r>
          </w:p>
        </w:tc>
        <w:tc>
          <w:tcPr>
            <w:tcW w:w="1353" w:type="dxa"/>
          </w:tcPr>
          <w:p w14:paraId="6CB6CABD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3" w:type="dxa"/>
          </w:tcPr>
          <w:p w14:paraId="3B8C9CBC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4" w:type="dxa"/>
          </w:tcPr>
          <w:p w14:paraId="1C65BDAD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3" w:type="dxa"/>
          </w:tcPr>
          <w:p w14:paraId="062A6679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4" w:type="dxa"/>
          </w:tcPr>
          <w:p w14:paraId="23A9F485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</w:tbl>
    <w:p w14:paraId="0B7BC3DD" w14:textId="77777777" w:rsidR="00933B60" w:rsidRDefault="00933B60" w:rsidP="001D4C2F">
      <w:pPr>
        <w:spacing w:line="276" w:lineRule="auto"/>
      </w:pPr>
    </w:p>
    <w:tbl>
      <w:tblPr>
        <w:tblStyle w:val="TableGrid"/>
        <w:tblW w:w="10890" w:type="dxa"/>
        <w:tblInd w:w="-972" w:type="dxa"/>
        <w:tblLook w:val="04A0" w:firstRow="1" w:lastRow="0" w:firstColumn="1" w:lastColumn="0" w:noHBand="0" w:noVBand="1"/>
      </w:tblPr>
      <w:tblGrid>
        <w:gridCol w:w="4141"/>
        <w:gridCol w:w="1349"/>
        <w:gridCol w:w="1350"/>
        <w:gridCol w:w="1350"/>
        <w:gridCol w:w="1350"/>
        <w:gridCol w:w="1350"/>
      </w:tblGrid>
      <w:tr w:rsidR="00AA3A70" w14:paraId="32C9BE8F" w14:textId="77777777" w:rsidTr="00933B60">
        <w:trPr>
          <w:trHeight w:val="629"/>
        </w:trPr>
        <w:tc>
          <w:tcPr>
            <w:tcW w:w="4141" w:type="dxa"/>
          </w:tcPr>
          <w:p w14:paraId="35C39BD3" w14:textId="608A3E35" w:rsidR="00AA3A70" w:rsidRDefault="00AA3A70" w:rsidP="001D4C2F">
            <w:pPr>
              <w:spacing w:line="276" w:lineRule="auto"/>
            </w:pPr>
            <w:r>
              <w:rPr>
                <w:b/>
              </w:rPr>
              <w:t>Instructors and Staff Statement</w:t>
            </w:r>
          </w:p>
        </w:tc>
        <w:tc>
          <w:tcPr>
            <w:tcW w:w="1349" w:type="dxa"/>
          </w:tcPr>
          <w:p w14:paraId="2C3DBAC1" w14:textId="61D6AA02" w:rsidR="00AA3A70" w:rsidRDefault="00AA3A70" w:rsidP="001D4C2F">
            <w:pPr>
              <w:spacing w:line="276" w:lineRule="auto"/>
              <w:jc w:val="center"/>
            </w:pPr>
            <w:r>
              <w:rPr>
                <w:b/>
              </w:rPr>
              <w:t>Strongly Agree</w:t>
            </w:r>
          </w:p>
        </w:tc>
        <w:tc>
          <w:tcPr>
            <w:tcW w:w="1350" w:type="dxa"/>
          </w:tcPr>
          <w:p w14:paraId="5732546E" w14:textId="0344EF50" w:rsidR="00AA3A70" w:rsidRDefault="00AA3A70" w:rsidP="001D4C2F">
            <w:pPr>
              <w:spacing w:line="276" w:lineRule="auto"/>
              <w:jc w:val="center"/>
            </w:pPr>
            <w:r>
              <w:rPr>
                <w:b/>
              </w:rPr>
              <w:t>Agree</w:t>
            </w:r>
          </w:p>
        </w:tc>
        <w:tc>
          <w:tcPr>
            <w:tcW w:w="1350" w:type="dxa"/>
          </w:tcPr>
          <w:p w14:paraId="40DDE364" w14:textId="069D88B6" w:rsidR="00AA3A70" w:rsidRDefault="00AA3A70" w:rsidP="001D4C2F">
            <w:pPr>
              <w:spacing w:line="276" w:lineRule="auto"/>
              <w:jc w:val="center"/>
            </w:pPr>
            <w:r>
              <w:rPr>
                <w:b/>
              </w:rPr>
              <w:t>Neutral</w:t>
            </w:r>
          </w:p>
        </w:tc>
        <w:tc>
          <w:tcPr>
            <w:tcW w:w="1350" w:type="dxa"/>
          </w:tcPr>
          <w:p w14:paraId="1B694E98" w14:textId="64926DE2" w:rsidR="00AA3A70" w:rsidRDefault="00AA3A70" w:rsidP="001D4C2F">
            <w:pPr>
              <w:spacing w:line="276" w:lineRule="auto"/>
              <w:jc w:val="center"/>
            </w:pPr>
            <w:r>
              <w:rPr>
                <w:b/>
              </w:rPr>
              <w:t>Disagree</w:t>
            </w:r>
          </w:p>
        </w:tc>
        <w:tc>
          <w:tcPr>
            <w:tcW w:w="1350" w:type="dxa"/>
          </w:tcPr>
          <w:p w14:paraId="31F8D9D6" w14:textId="608E57AC" w:rsidR="00AA3A70" w:rsidRDefault="00AA3A70" w:rsidP="001D4C2F">
            <w:pPr>
              <w:spacing w:line="276" w:lineRule="auto"/>
              <w:jc w:val="center"/>
            </w:pPr>
            <w:r>
              <w:rPr>
                <w:b/>
              </w:rPr>
              <w:t>Strongly Disagree</w:t>
            </w:r>
          </w:p>
        </w:tc>
      </w:tr>
      <w:tr w:rsidR="00AA3A70" w14:paraId="691C1F23" w14:textId="77777777" w:rsidTr="00F80ABD">
        <w:tc>
          <w:tcPr>
            <w:tcW w:w="4141" w:type="dxa"/>
          </w:tcPr>
          <w:p w14:paraId="54A86119" w14:textId="77777777" w:rsidR="00AA3A70" w:rsidRDefault="00AA3A70" w:rsidP="001D4C2F">
            <w:pPr>
              <w:spacing w:line="276" w:lineRule="auto"/>
            </w:pPr>
            <w:r>
              <w:t>The instructors are knowledgeable in the subject area in which they teach.</w:t>
            </w:r>
          </w:p>
        </w:tc>
        <w:tc>
          <w:tcPr>
            <w:tcW w:w="1349" w:type="dxa"/>
          </w:tcPr>
          <w:p w14:paraId="5AA1D2FF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0" w:type="dxa"/>
          </w:tcPr>
          <w:p w14:paraId="0D287574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0" w:type="dxa"/>
          </w:tcPr>
          <w:p w14:paraId="642E9D6F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0" w:type="dxa"/>
          </w:tcPr>
          <w:p w14:paraId="6B5A914D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0" w:type="dxa"/>
          </w:tcPr>
          <w:p w14:paraId="0C8518FB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AA3A70" w14:paraId="02688693" w14:textId="77777777" w:rsidTr="00F80ABD">
        <w:tc>
          <w:tcPr>
            <w:tcW w:w="4141" w:type="dxa"/>
          </w:tcPr>
          <w:p w14:paraId="76E36644" w14:textId="77777777" w:rsidR="00AA3A70" w:rsidRDefault="00AA3A70" w:rsidP="001D4C2F">
            <w:pPr>
              <w:spacing w:line="276" w:lineRule="auto"/>
            </w:pPr>
            <w:r>
              <w:t>The instructors present information and answer questions in an understandable way.</w:t>
            </w:r>
          </w:p>
        </w:tc>
        <w:tc>
          <w:tcPr>
            <w:tcW w:w="1349" w:type="dxa"/>
          </w:tcPr>
          <w:p w14:paraId="0CD735C5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0" w:type="dxa"/>
          </w:tcPr>
          <w:p w14:paraId="37366BCE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0" w:type="dxa"/>
          </w:tcPr>
          <w:p w14:paraId="3DD2A23E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0" w:type="dxa"/>
          </w:tcPr>
          <w:p w14:paraId="54A6E749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0" w:type="dxa"/>
          </w:tcPr>
          <w:p w14:paraId="2203AF4B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AA3A70" w14:paraId="61DF03F1" w14:textId="77777777" w:rsidTr="00F80ABD">
        <w:tc>
          <w:tcPr>
            <w:tcW w:w="4141" w:type="dxa"/>
          </w:tcPr>
          <w:p w14:paraId="7EFF5CF6" w14:textId="77777777" w:rsidR="00AA3A70" w:rsidRDefault="00AA3A70" w:rsidP="001D4C2F">
            <w:pPr>
              <w:spacing w:line="276" w:lineRule="auto"/>
            </w:pPr>
            <w:r>
              <w:t>The instructors are available to answer my questions.</w:t>
            </w:r>
          </w:p>
        </w:tc>
        <w:tc>
          <w:tcPr>
            <w:tcW w:w="1349" w:type="dxa"/>
          </w:tcPr>
          <w:p w14:paraId="259E45FA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0" w:type="dxa"/>
          </w:tcPr>
          <w:p w14:paraId="43EF54EC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0" w:type="dxa"/>
          </w:tcPr>
          <w:p w14:paraId="4F99B80D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0" w:type="dxa"/>
          </w:tcPr>
          <w:p w14:paraId="5736AE27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0" w:type="dxa"/>
          </w:tcPr>
          <w:p w14:paraId="67C3E96E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AA3A70" w14:paraId="38310C3F" w14:textId="77777777" w:rsidTr="00F80ABD">
        <w:tc>
          <w:tcPr>
            <w:tcW w:w="4141" w:type="dxa"/>
          </w:tcPr>
          <w:p w14:paraId="43A70C5E" w14:textId="77777777" w:rsidR="00AA3A70" w:rsidRDefault="00AA3A70" w:rsidP="001D4C2F">
            <w:pPr>
              <w:spacing w:line="276" w:lineRule="auto"/>
            </w:pPr>
            <w:r>
              <w:t>Overall, I am satisfied with the instructors at this institution.</w:t>
            </w:r>
          </w:p>
        </w:tc>
        <w:tc>
          <w:tcPr>
            <w:tcW w:w="1349" w:type="dxa"/>
          </w:tcPr>
          <w:p w14:paraId="7A92477D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0" w:type="dxa"/>
          </w:tcPr>
          <w:p w14:paraId="58CD8257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0" w:type="dxa"/>
          </w:tcPr>
          <w:p w14:paraId="5F0E2E3A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0" w:type="dxa"/>
          </w:tcPr>
          <w:p w14:paraId="3E10531E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0" w:type="dxa"/>
          </w:tcPr>
          <w:p w14:paraId="13517CE5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AA3A70" w14:paraId="05FE7620" w14:textId="77777777" w:rsidTr="00F80ABD">
        <w:tc>
          <w:tcPr>
            <w:tcW w:w="4141" w:type="dxa"/>
          </w:tcPr>
          <w:p w14:paraId="4CAFA96C" w14:textId="77777777" w:rsidR="00AA3A70" w:rsidRDefault="00AA3A70" w:rsidP="001D4C2F">
            <w:pPr>
              <w:spacing w:line="276" w:lineRule="auto"/>
            </w:pPr>
            <w:r>
              <w:t>The staff (non-instructors) are knowledgeable in their area of responsibility.</w:t>
            </w:r>
          </w:p>
        </w:tc>
        <w:tc>
          <w:tcPr>
            <w:tcW w:w="1349" w:type="dxa"/>
          </w:tcPr>
          <w:p w14:paraId="0A037A97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0" w:type="dxa"/>
          </w:tcPr>
          <w:p w14:paraId="4282AAFA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0" w:type="dxa"/>
          </w:tcPr>
          <w:p w14:paraId="29E61489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0" w:type="dxa"/>
          </w:tcPr>
          <w:p w14:paraId="7AAE8BD4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0" w:type="dxa"/>
          </w:tcPr>
          <w:p w14:paraId="15374FD6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AA3A70" w14:paraId="3D326827" w14:textId="77777777" w:rsidTr="00F80ABD">
        <w:tc>
          <w:tcPr>
            <w:tcW w:w="4141" w:type="dxa"/>
          </w:tcPr>
          <w:p w14:paraId="0E0651A4" w14:textId="77777777" w:rsidR="00AA3A70" w:rsidRDefault="00AA3A70" w:rsidP="001D4C2F">
            <w:pPr>
              <w:spacing w:line="276" w:lineRule="auto"/>
            </w:pPr>
            <w:r>
              <w:t>The staff present information and answer questions in an understandable way.</w:t>
            </w:r>
          </w:p>
        </w:tc>
        <w:tc>
          <w:tcPr>
            <w:tcW w:w="1349" w:type="dxa"/>
          </w:tcPr>
          <w:p w14:paraId="2376B3E8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0" w:type="dxa"/>
          </w:tcPr>
          <w:p w14:paraId="1BE08F05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0" w:type="dxa"/>
          </w:tcPr>
          <w:p w14:paraId="10DB6E17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0" w:type="dxa"/>
          </w:tcPr>
          <w:p w14:paraId="4D1B0F78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0" w:type="dxa"/>
          </w:tcPr>
          <w:p w14:paraId="222D4164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AA3A70" w14:paraId="4F1D993D" w14:textId="77777777" w:rsidTr="00F80ABD">
        <w:tc>
          <w:tcPr>
            <w:tcW w:w="4141" w:type="dxa"/>
          </w:tcPr>
          <w:p w14:paraId="51D27D4E" w14:textId="77777777" w:rsidR="00AA3A70" w:rsidRDefault="00AA3A70" w:rsidP="001D4C2F">
            <w:pPr>
              <w:spacing w:line="276" w:lineRule="auto"/>
            </w:pPr>
            <w:r>
              <w:t>The staff are interested in my individual progress.</w:t>
            </w:r>
          </w:p>
        </w:tc>
        <w:tc>
          <w:tcPr>
            <w:tcW w:w="1349" w:type="dxa"/>
          </w:tcPr>
          <w:p w14:paraId="131DEAB6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0" w:type="dxa"/>
          </w:tcPr>
          <w:p w14:paraId="7DC205A1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0" w:type="dxa"/>
          </w:tcPr>
          <w:p w14:paraId="175EF690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0" w:type="dxa"/>
          </w:tcPr>
          <w:p w14:paraId="3125BC91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0" w:type="dxa"/>
          </w:tcPr>
          <w:p w14:paraId="0FBFE0BE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AA3A70" w14:paraId="7C6772B8" w14:textId="77777777" w:rsidTr="00F80ABD">
        <w:tc>
          <w:tcPr>
            <w:tcW w:w="4141" w:type="dxa"/>
          </w:tcPr>
          <w:p w14:paraId="3D8C8630" w14:textId="77777777" w:rsidR="00AA3A70" w:rsidRDefault="00AA3A70" w:rsidP="001D4C2F">
            <w:pPr>
              <w:spacing w:line="276" w:lineRule="auto"/>
            </w:pPr>
            <w:r>
              <w:t>Overall, I am satisfied with the instructors and staff.</w:t>
            </w:r>
          </w:p>
        </w:tc>
        <w:tc>
          <w:tcPr>
            <w:tcW w:w="1349" w:type="dxa"/>
          </w:tcPr>
          <w:p w14:paraId="5304AEC9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0" w:type="dxa"/>
          </w:tcPr>
          <w:p w14:paraId="75B23C91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0" w:type="dxa"/>
          </w:tcPr>
          <w:p w14:paraId="51CA87ED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0" w:type="dxa"/>
          </w:tcPr>
          <w:p w14:paraId="61CD75AC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0" w:type="dxa"/>
          </w:tcPr>
          <w:p w14:paraId="22283AE0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</w:tbl>
    <w:p w14:paraId="45D8DCC9" w14:textId="77777777" w:rsidR="00067800" w:rsidRDefault="00067800" w:rsidP="001D4C2F">
      <w:pPr>
        <w:spacing w:line="276" w:lineRule="auto"/>
      </w:pPr>
    </w:p>
    <w:tbl>
      <w:tblPr>
        <w:tblStyle w:val="TableGrid"/>
        <w:tblW w:w="10890" w:type="dxa"/>
        <w:tblInd w:w="-972" w:type="dxa"/>
        <w:tblLook w:val="04A0" w:firstRow="1" w:lastRow="0" w:firstColumn="1" w:lastColumn="0" w:noHBand="0" w:noVBand="1"/>
      </w:tblPr>
      <w:tblGrid>
        <w:gridCol w:w="4123"/>
        <w:gridCol w:w="1353"/>
        <w:gridCol w:w="1353"/>
        <w:gridCol w:w="1354"/>
        <w:gridCol w:w="1353"/>
        <w:gridCol w:w="1354"/>
      </w:tblGrid>
      <w:tr w:rsidR="00AA3A70" w14:paraId="1D4A7E12" w14:textId="77777777" w:rsidTr="00933B60">
        <w:trPr>
          <w:trHeight w:val="683"/>
        </w:trPr>
        <w:tc>
          <w:tcPr>
            <w:tcW w:w="4123" w:type="dxa"/>
          </w:tcPr>
          <w:p w14:paraId="7913601C" w14:textId="35117C87" w:rsidR="00AA3A70" w:rsidRDefault="00AA3A70" w:rsidP="001D4C2F">
            <w:pPr>
              <w:spacing w:line="276" w:lineRule="auto"/>
            </w:pPr>
            <w:r>
              <w:rPr>
                <w:b/>
              </w:rPr>
              <w:t xml:space="preserve">Facility </w:t>
            </w:r>
            <w:r w:rsidR="00F80ABD">
              <w:rPr>
                <w:b/>
              </w:rPr>
              <w:t>Equipment Statement</w:t>
            </w:r>
          </w:p>
        </w:tc>
        <w:tc>
          <w:tcPr>
            <w:tcW w:w="1353" w:type="dxa"/>
          </w:tcPr>
          <w:p w14:paraId="775B082E" w14:textId="29A3B36F" w:rsidR="00AA3A70" w:rsidRDefault="00AA3A70" w:rsidP="001D4C2F">
            <w:pPr>
              <w:spacing w:line="276" w:lineRule="auto"/>
              <w:jc w:val="center"/>
            </w:pPr>
            <w:r>
              <w:rPr>
                <w:b/>
              </w:rPr>
              <w:t>Strongly Agree</w:t>
            </w:r>
          </w:p>
        </w:tc>
        <w:tc>
          <w:tcPr>
            <w:tcW w:w="1353" w:type="dxa"/>
          </w:tcPr>
          <w:p w14:paraId="7A55D035" w14:textId="08277C33" w:rsidR="00AA3A70" w:rsidRDefault="00AA3A70" w:rsidP="001D4C2F">
            <w:pPr>
              <w:spacing w:line="276" w:lineRule="auto"/>
              <w:jc w:val="center"/>
            </w:pPr>
            <w:r>
              <w:rPr>
                <w:b/>
              </w:rPr>
              <w:t>Agree</w:t>
            </w:r>
          </w:p>
        </w:tc>
        <w:tc>
          <w:tcPr>
            <w:tcW w:w="1354" w:type="dxa"/>
          </w:tcPr>
          <w:p w14:paraId="49217910" w14:textId="6DD45FF4" w:rsidR="00AA3A70" w:rsidRDefault="00AA3A70" w:rsidP="001D4C2F">
            <w:pPr>
              <w:spacing w:line="276" w:lineRule="auto"/>
              <w:jc w:val="center"/>
            </w:pPr>
            <w:r>
              <w:rPr>
                <w:b/>
              </w:rPr>
              <w:t>Neutral</w:t>
            </w:r>
          </w:p>
        </w:tc>
        <w:tc>
          <w:tcPr>
            <w:tcW w:w="1353" w:type="dxa"/>
          </w:tcPr>
          <w:p w14:paraId="242E45BD" w14:textId="07721306" w:rsidR="00AA3A70" w:rsidRDefault="00AA3A70" w:rsidP="001D4C2F">
            <w:pPr>
              <w:spacing w:line="276" w:lineRule="auto"/>
              <w:jc w:val="center"/>
            </w:pPr>
            <w:r>
              <w:rPr>
                <w:b/>
              </w:rPr>
              <w:t>Disagree</w:t>
            </w:r>
          </w:p>
        </w:tc>
        <w:tc>
          <w:tcPr>
            <w:tcW w:w="1354" w:type="dxa"/>
          </w:tcPr>
          <w:p w14:paraId="1E361EDB" w14:textId="3E507890" w:rsidR="00AA3A70" w:rsidRDefault="00AA3A70" w:rsidP="001D4C2F">
            <w:pPr>
              <w:spacing w:line="276" w:lineRule="auto"/>
              <w:jc w:val="center"/>
            </w:pPr>
            <w:r>
              <w:rPr>
                <w:b/>
              </w:rPr>
              <w:t>Strongly Disagree</w:t>
            </w:r>
          </w:p>
        </w:tc>
      </w:tr>
      <w:tr w:rsidR="00AA3A70" w14:paraId="6CCB607E" w14:textId="77777777" w:rsidTr="00F80ABD">
        <w:tc>
          <w:tcPr>
            <w:tcW w:w="4123" w:type="dxa"/>
          </w:tcPr>
          <w:p w14:paraId="27A90AC2" w14:textId="77777777" w:rsidR="00AA3A70" w:rsidRDefault="00AA3A70" w:rsidP="001D4C2F">
            <w:pPr>
              <w:spacing w:line="276" w:lineRule="auto"/>
            </w:pPr>
            <w:r>
              <w:t>The facilities are adequate and appropriate to my program of study.</w:t>
            </w:r>
          </w:p>
        </w:tc>
        <w:tc>
          <w:tcPr>
            <w:tcW w:w="1353" w:type="dxa"/>
          </w:tcPr>
          <w:p w14:paraId="1B0E8F84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3" w:type="dxa"/>
          </w:tcPr>
          <w:p w14:paraId="18A48908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4" w:type="dxa"/>
          </w:tcPr>
          <w:p w14:paraId="7B29B5B8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3" w:type="dxa"/>
          </w:tcPr>
          <w:p w14:paraId="0A2D4E6E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4" w:type="dxa"/>
          </w:tcPr>
          <w:p w14:paraId="07268BBC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AA3A70" w14:paraId="28ACD9CA" w14:textId="77777777" w:rsidTr="00F80ABD">
        <w:tc>
          <w:tcPr>
            <w:tcW w:w="4123" w:type="dxa"/>
          </w:tcPr>
          <w:p w14:paraId="5141C0A0" w14:textId="77777777" w:rsidR="00AA3A70" w:rsidRDefault="00AA3A70" w:rsidP="001D4C2F">
            <w:pPr>
              <w:spacing w:line="276" w:lineRule="auto"/>
            </w:pPr>
            <w:r>
              <w:t>The facilities are clean and well maintained.</w:t>
            </w:r>
          </w:p>
        </w:tc>
        <w:tc>
          <w:tcPr>
            <w:tcW w:w="1353" w:type="dxa"/>
          </w:tcPr>
          <w:p w14:paraId="6287A7E5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3" w:type="dxa"/>
          </w:tcPr>
          <w:p w14:paraId="0940DA01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4" w:type="dxa"/>
          </w:tcPr>
          <w:p w14:paraId="17F81BBA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3" w:type="dxa"/>
          </w:tcPr>
          <w:p w14:paraId="244C6D5D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4" w:type="dxa"/>
          </w:tcPr>
          <w:p w14:paraId="230C4481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AA3A70" w14:paraId="53CAF052" w14:textId="77777777" w:rsidTr="00F80ABD">
        <w:tc>
          <w:tcPr>
            <w:tcW w:w="4123" w:type="dxa"/>
          </w:tcPr>
          <w:p w14:paraId="0A2BD475" w14:textId="77777777" w:rsidR="00AA3A70" w:rsidRDefault="00AA3A70" w:rsidP="001D4C2F">
            <w:pPr>
              <w:spacing w:line="276" w:lineRule="auto"/>
            </w:pPr>
            <w:r>
              <w:t>The equipment is adequate and appropriate to my program of study.</w:t>
            </w:r>
          </w:p>
        </w:tc>
        <w:tc>
          <w:tcPr>
            <w:tcW w:w="1353" w:type="dxa"/>
          </w:tcPr>
          <w:p w14:paraId="4E823736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3" w:type="dxa"/>
          </w:tcPr>
          <w:p w14:paraId="748D00FC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4" w:type="dxa"/>
          </w:tcPr>
          <w:p w14:paraId="606BB2BD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3" w:type="dxa"/>
          </w:tcPr>
          <w:p w14:paraId="1EB4EBC8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4" w:type="dxa"/>
          </w:tcPr>
          <w:p w14:paraId="1DC61972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AA3A70" w14:paraId="6B1DE831" w14:textId="77777777" w:rsidTr="00F80ABD">
        <w:tc>
          <w:tcPr>
            <w:tcW w:w="4123" w:type="dxa"/>
          </w:tcPr>
          <w:p w14:paraId="2B7265B0" w14:textId="77777777" w:rsidR="00AA3A70" w:rsidRDefault="00AA3A70" w:rsidP="001D4C2F">
            <w:pPr>
              <w:spacing w:line="276" w:lineRule="auto"/>
            </w:pPr>
            <w:r>
              <w:t>The equipment is up-to-date and well maintained.</w:t>
            </w:r>
          </w:p>
        </w:tc>
        <w:tc>
          <w:tcPr>
            <w:tcW w:w="1353" w:type="dxa"/>
          </w:tcPr>
          <w:p w14:paraId="5EB3D9FE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3" w:type="dxa"/>
          </w:tcPr>
          <w:p w14:paraId="34BEC2EF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4" w:type="dxa"/>
          </w:tcPr>
          <w:p w14:paraId="1549269D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3" w:type="dxa"/>
          </w:tcPr>
          <w:p w14:paraId="325B1C11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4" w:type="dxa"/>
          </w:tcPr>
          <w:p w14:paraId="6C509981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AA3A70" w14:paraId="10C8574F" w14:textId="77777777" w:rsidTr="00F80ABD">
        <w:tc>
          <w:tcPr>
            <w:tcW w:w="4123" w:type="dxa"/>
          </w:tcPr>
          <w:p w14:paraId="7561833A" w14:textId="77777777" w:rsidR="00AA3A70" w:rsidRDefault="00AA3A70" w:rsidP="001D4C2F">
            <w:pPr>
              <w:spacing w:line="276" w:lineRule="auto"/>
            </w:pPr>
            <w:r>
              <w:t>The learning resources are adequate and appropriate to my program of study.</w:t>
            </w:r>
          </w:p>
        </w:tc>
        <w:tc>
          <w:tcPr>
            <w:tcW w:w="1353" w:type="dxa"/>
          </w:tcPr>
          <w:p w14:paraId="38F449C6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3" w:type="dxa"/>
          </w:tcPr>
          <w:p w14:paraId="0EBEF498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4" w:type="dxa"/>
          </w:tcPr>
          <w:p w14:paraId="4EBA1F85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3" w:type="dxa"/>
          </w:tcPr>
          <w:p w14:paraId="555802EA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4" w:type="dxa"/>
          </w:tcPr>
          <w:p w14:paraId="2C749D6E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AA3A70" w14:paraId="7FA28247" w14:textId="77777777" w:rsidTr="00F80ABD">
        <w:tc>
          <w:tcPr>
            <w:tcW w:w="4123" w:type="dxa"/>
          </w:tcPr>
          <w:p w14:paraId="70CA3D13" w14:textId="77777777" w:rsidR="00AA3A70" w:rsidRDefault="00AA3A70" w:rsidP="001D4C2F">
            <w:pPr>
              <w:spacing w:line="276" w:lineRule="auto"/>
            </w:pPr>
            <w:r>
              <w:t>Overall, I am satisfied with the facility and equipment of this institution.</w:t>
            </w:r>
          </w:p>
        </w:tc>
        <w:tc>
          <w:tcPr>
            <w:tcW w:w="1353" w:type="dxa"/>
          </w:tcPr>
          <w:p w14:paraId="1995F7C4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3" w:type="dxa"/>
          </w:tcPr>
          <w:p w14:paraId="294EE967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4" w:type="dxa"/>
          </w:tcPr>
          <w:p w14:paraId="535CEE08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3" w:type="dxa"/>
          </w:tcPr>
          <w:p w14:paraId="2F248C0A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4" w:type="dxa"/>
          </w:tcPr>
          <w:p w14:paraId="281D1B06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</w:tbl>
    <w:p w14:paraId="2B9ADD38" w14:textId="77777777" w:rsidR="00067800" w:rsidRDefault="00067800" w:rsidP="001D4C2F">
      <w:pPr>
        <w:spacing w:line="276" w:lineRule="auto"/>
      </w:pPr>
    </w:p>
    <w:tbl>
      <w:tblPr>
        <w:tblStyle w:val="TableGrid"/>
        <w:tblW w:w="10890" w:type="dxa"/>
        <w:tblInd w:w="-972" w:type="dxa"/>
        <w:tblLook w:val="04A0" w:firstRow="1" w:lastRow="0" w:firstColumn="1" w:lastColumn="0" w:noHBand="0" w:noVBand="1"/>
      </w:tblPr>
      <w:tblGrid>
        <w:gridCol w:w="4094"/>
        <w:gridCol w:w="1359"/>
        <w:gridCol w:w="1359"/>
        <w:gridCol w:w="1359"/>
        <w:gridCol w:w="1359"/>
        <w:gridCol w:w="1360"/>
      </w:tblGrid>
      <w:tr w:rsidR="00AA3A70" w14:paraId="61B4C247" w14:textId="77777777" w:rsidTr="00F80ABD">
        <w:tc>
          <w:tcPr>
            <w:tcW w:w="4094" w:type="dxa"/>
          </w:tcPr>
          <w:p w14:paraId="1566B882" w14:textId="690A4FFB" w:rsidR="00AA3A70" w:rsidRDefault="0015798A" w:rsidP="001D4C2F">
            <w:pPr>
              <w:spacing w:line="276" w:lineRule="auto"/>
            </w:pPr>
            <w:r>
              <w:rPr>
                <w:b/>
              </w:rPr>
              <w:t xml:space="preserve">Overall Educational </w:t>
            </w:r>
            <w:r w:rsidR="00AA3A70">
              <w:rPr>
                <w:b/>
              </w:rPr>
              <w:t>Statement</w:t>
            </w:r>
          </w:p>
        </w:tc>
        <w:tc>
          <w:tcPr>
            <w:tcW w:w="1359" w:type="dxa"/>
          </w:tcPr>
          <w:p w14:paraId="20C10967" w14:textId="7E8AA7E0" w:rsidR="00AA3A70" w:rsidRDefault="00AA3A70" w:rsidP="001D4C2F">
            <w:pPr>
              <w:spacing w:line="276" w:lineRule="auto"/>
              <w:jc w:val="center"/>
            </w:pPr>
            <w:r>
              <w:rPr>
                <w:b/>
              </w:rPr>
              <w:t>Strongly Agree</w:t>
            </w:r>
          </w:p>
        </w:tc>
        <w:tc>
          <w:tcPr>
            <w:tcW w:w="1359" w:type="dxa"/>
          </w:tcPr>
          <w:p w14:paraId="28927469" w14:textId="285725BA" w:rsidR="00AA3A70" w:rsidRDefault="00AA3A70" w:rsidP="001D4C2F">
            <w:pPr>
              <w:spacing w:line="276" w:lineRule="auto"/>
              <w:jc w:val="center"/>
            </w:pPr>
            <w:r>
              <w:rPr>
                <w:b/>
              </w:rPr>
              <w:t>Agree</w:t>
            </w:r>
          </w:p>
        </w:tc>
        <w:tc>
          <w:tcPr>
            <w:tcW w:w="1359" w:type="dxa"/>
          </w:tcPr>
          <w:p w14:paraId="15889845" w14:textId="324F1308" w:rsidR="00AA3A70" w:rsidRDefault="00AA3A70" w:rsidP="001D4C2F">
            <w:pPr>
              <w:spacing w:line="276" w:lineRule="auto"/>
              <w:jc w:val="center"/>
            </w:pPr>
            <w:r>
              <w:rPr>
                <w:b/>
              </w:rPr>
              <w:t>Neutral</w:t>
            </w:r>
          </w:p>
        </w:tc>
        <w:tc>
          <w:tcPr>
            <w:tcW w:w="1359" w:type="dxa"/>
          </w:tcPr>
          <w:p w14:paraId="3446446B" w14:textId="1E99F82B" w:rsidR="00AA3A70" w:rsidRDefault="00AA3A70" w:rsidP="001D4C2F">
            <w:pPr>
              <w:spacing w:line="276" w:lineRule="auto"/>
              <w:jc w:val="center"/>
            </w:pPr>
            <w:r>
              <w:rPr>
                <w:b/>
              </w:rPr>
              <w:t>Disagree</w:t>
            </w:r>
          </w:p>
        </w:tc>
        <w:tc>
          <w:tcPr>
            <w:tcW w:w="1360" w:type="dxa"/>
          </w:tcPr>
          <w:p w14:paraId="06BB7CF0" w14:textId="13D2506E" w:rsidR="00AA3A70" w:rsidRDefault="00AA3A70" w:rsidP="001D4C2F">
            <w:pPr>
              <w:spacing w:line="276" w:lineRule="auto"/>
              <w:jc w:val="center"/>
            </w:pPr>
            <w:r>
              <w:rPr>
                <w:b/>
              </w:rPr>
              <w:t>Strongly Disagree</w:t>
            </w:r>
          </w:p>
        </w:tc>
      </w:tr>
      <w:tr w:rsidR="00AA3A70" w14:paraId="737F9EE3" w14:textId="77777777" w:rsidTr="00F80ABD">
        <w:tc>
          <w:tcPr>
            <w:tcW w:w="4094" w:type="dxa"/>
          </w:tcPr>
          <w:p w14:paraId="186CDA7A" w14:textId="77777777" w:rsidR="00AA3A70" w:rsidRDefault="00AA3A70" w:rsidP="001D4C2F">
            <w:pPr>
              <w:spacing w:line="276" w:lineRule="auto"/>
            </w:pPr>
            <w:r>
              <w:t>I feel good about my decision to attend this school.</w:t>
            </w:r>
          </w:p>
        </w:tc>
        <w:tc>
          <w:tcPr>
            <w:tcW w:w="1359" w:type="dxa"/>
          </w:tcPr>
          <w:p w14:paraId="23063764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9" w:type="dxa"/>
          </w:tcPr>
          <w:p w14:paraId="4087AC3A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9" w:type="dxa"/>
          </w:tcPr>
          <w:p w14:paraId="2FE7100D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9" w:type="dxa"/>
          </w:tcPr>
          <w:p w14:paraId="4E5F9A8A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60" w:type="dxa"/>
          </w:tcPr>
          <w:p w14:paraId="44B8757A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AA3A70" w14:paraId="3F3BFB17" w14:textId="77777777" w:rsidTr="00F80ABD">
        <w:tc>
          <w:tcPr>
            <w:tcW w:w="4094" w:type="dxa"/>
          </w:tcPr>
          <w:p w14:paraId="01FF54F1" w14:textId="77777777" w:rsidR="00AA3A70" w:rsidRDefault="00AA3A70" w:rsidP="001D4C2F">
            <w:pPr>
              <w:spacing w:line="276" w:lineRule="auto"/>
            </w:pPr>
            <w:r>
              <w:t>I would recommend this school to a friend.</w:t>
            </w:r>
          </w:p>
        </w:tc>
        <w:tc>
          <w:tcPr>
            <w:tcW w:w="1359" w:type="dxa"/>
          </w:tcPr>
          <w:p w14:paraId="3B6A595F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9" w:type="dxa"/>
          </w:tcPr>
          <w:p w14:paraId="79F377B7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9" w:type="dxa"/>
          </w:tcPr>
          <w:p w14:paraId="0C448F09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9" w:type="dxa"/>
          </w:tcPr>
          <w:p w14:paraId="3D3000F2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60" w:type="dxa"/>
          </w:tcPr>
          <w:p w14:paraId="75A111FD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AA3A70" w14:paraId="1AB10492" w14:textId="77777777" w:rsidTr="00F80ABD">
        <w:tc>
          <w:tcPr>
            <w:tcW w:w="4094" w:type="dxa"/>
          </w:tcPr>
          <w:p w14:paraId="7B1C75A6" w14:textId="77777777" w:rsidR="00AA3A70" w:rsidRDefault="00AA3A70" w:rsidP="001D4C2F">
            <w:pPr>
              <w:spacing w:line="276" w:lineRule="auto"/>
            </w:pPr>
            <w:r>
              <w:t>Overall, I am satisfied with my educational experience.</w:t>
            </w:r>
          </w:p>
        </w:tc>
        <w:tc>
          <w:tcPr>
            <w:tcW w:w="1359" w:type="dxa"/>
          </w:tcPr>
          <w:p w14:paraId="0DDA4869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9" w:type="dxa"/>
          </w:tcPr>
          <w:p w14:paraId="0A18953A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9" w:type="dxa"/>
          </w:tcPr>
          <w:p w14:paraId="6C218492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9" w:type="dxa"/>
          </w:tcPr>
          <w:p w14:paraId="5CE7BF36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60" w:type="dxa"/>
          </w:tcPr>
          <w:p w14:paraId="419F634B" w14:textId="77777777" w:rsidR="00AA3A70" w:rsidRDefault="00AA3A70" w:rsidP="001D4C2F">
            <w:pPr>
              <w:spacing w:line="276" w:lineRule="auto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</w:tbl>
    <w:p w14:paraId="14092417" w14:textId="2A4310CC" w:rsidR="00F008AD" w:rsidRDefault="00A45C81" w:rsidP="001D4C2F">
      <w:pPr>
        <w:spacing w:line="276" w:lineRule="auto"/>
        <w:ind w:left="-1080" w:right="-1170"/>
      </w:pPr>
      <w:r>
        <w:t>Alt Text: Student survey table with statements and five response options: Strongly Agree to Strongly Disagree.</w:t>
      </w:r>
    </w:p>
    <w:p w14:paraId="433275BE" w14:textId="77777777" w:rsidR="00CD3991" w:rsidRDefault="00CD3991" w:rsidP="001D4C2F">
      <w:pPr>
        <w:spacing w:line="276" w:lineRule="auto"/>
      </w:pPr>
    </w:p>
    <w:p w14:paraId="3DBA5209" w14:textId="4EC2BC08" w:rsidR="00F008AD" w:rsidRDefault="00CD3991" w:rsidP="001D4C2F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B45959" wp14:editId="6A1BCD75">
                <wp:simplePos x="0" y="0"/>
                <wp:positionH relativeFrom="column">
                  <wp:posOffset>30480</wp:posOffset>
                </wp:positionH>
                <wp:positionV relativeFrom="paragraph">
                  <wp:posOffset>212090</wp:posOffset>
                </wp:positionV>
                <wp:extent cx="5478780" cy="1181100"/>
                <wp:effectExtent l="0" t="0" r="26670" b="19050"/>
                <wp:wrapNone/>
                <wp:docPr id="34041201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8780" cy="1181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AC5696" w14:textId="77777777" w:rsidR="00CD3991" w:rsidRDefault="00CD399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FB4595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.4pt;margin-top:16.7pt;width:431.4pt;height:9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" fillcolor="white [3201]" strokeweight=".5pt">
                <v:textbox>
                  <w:txbxContent>
                    <w:p w14:paraId="26AC5696" w14:textId="77777777" w:rsidR="00CD3991" w:rsidRDefault="00CD3991"/>
                  </w:txbxContent>
                </v:textbox>
              </v:shape>
            </w:pict>
          </mc:Fallback>
        </mc:AlternateContent>
      </w:r>
      <w:r w:rsidR="00A45C81">
        <w:t xml:space="preserve">Comments (Optional): </w:t>
      </w:r>
    </w:p>
    <w:p w14:paraId="0423EF91" w14:textId="77777777" w:rsidR="0015798A" w:rsidRDefault="0015798A" w:rsidP="001D4C2F">
      <w:pPr>
        <w:spacing w:line="276" w:lineRule="auto"/>
      </w:pPr>
    </w:p>
    <w:sectPr w:rsidR="0015798A" w:rsidSect="001D4C2F">
      <w:pgSz w:w="12240" w:h="15840"/>
      <w:pgMar w:top="450" w:right="630" w:bottom="1440" w:left="171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D85B4" w14:textId="77777777" w:rsidR="007D7BAF" w:rsidRDefault="007D7BAF" w:rsidP="0015798A">
      <w:pPr>
        <w:spacing w:after="0" w:line="240" w:lineRule="auto"/>
      </w:pPr>
      <w:r>
        <w:separator/>
      </w:r>
    </w:p>
  </w:endnote>
  <w:endnote w:type="continuationSeparator" w:id="0">
    <w:p w14:paraId="36B84E3C" w14:textId="77777777" w:rsidR="007D7BAF" w:rsidRDefault="007D7BAF" w:rsidP="00157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7A8E1" w14:textId="77777777" w:rsidR="007D7BAF" w:rsidRDefault="007D7BAF" w:rsidP="0015798A">
      <w:pPr>
        <w:spacing w:after="0" w:line="240" w:lineRule="auto"/>
      </w:pPr>
      <w:r>
        <w:separator/>
      </w:r>
    </w:p>
  </w:footnote>
  <w:footnote w:type="continuationSeparator" w:id="0">
    <w:p w14:paraId="786E4DF8" w14:textId="77777777" w:rsidR="007D7BAF" w:rsidRDefault="007D7BAF" w:rsidP="00157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374112812">
    <w:abstractNumId w:val="8"/>
  </w:num>
  <w:num w:numId="2" w16cid:durableId="1597403723">
    <w:abstractNumId w:val="6"/>
  </w:num>
  <w:num w:numId="3" w16cid:durableId="1193610892">
    <w:abstractNumId w:val="5"/>
  </w:num>
  <w:num w:numId="4" w16cid:durableId="2111730029">
    <w:abstractNumId w:val="4"/>
  </w:num>
  <w:num w:numId="5" w16cid:durableId="786969887">
    <w:abstractNumId w:val="7"/>
  </w:num>
  <w:num w:numId="6" w16cid:durableId="1473517718">
    <w:abstractNumId w:val="3"/>
  </w:num>
  <w:num w:numId="7" w16cid:durableId="1064183688">
    <w:abstractNumId w:val="2"/>
  </w:num>
  <w:num w:numId="8" w16cid:durableId="1955478377">
    <w:abstractNumId w:val="1"/>
  </w:num>
  <w:num w:numId="9" w16cid:durableId="569660777">
    <w:abstractNumId w:val="0"/>
  </w:num>
  <w:num w:numId="10" w16cid:durableId="46221772">
    <w:abstractNumId w:val="9"/>
  </w:num>
  <w:num w:numId="11" w16cid:durableId="1291130772">
    <w:abstractNumId w:val="9"/>
  </w:num>
  <w:num w:numId="12" w16cid:durableId="1087776114">
    <w:abstractNumId w:val="9"/>
  </w:num>
  <w:num w:numId="13" w16cid:durableId="1056784793">
    <w:abstractNumId w:val="9"/>
  </w:num>
  <w:num w:numId="14" w16cid:durableId="334265271">
    <w:abstractNumId w:val="9"/>
  </w:num>
  <w:num w:numId="15" w16cid:durableId="1123695922">
    <w:abstractNumId w:val="9"/>
  </w:num>
  <w:num w:numId="16" w16cid:durableId="1283804474">
    <w:abstractNumId w:val="9"/>
  </w:num>
  <w:num w:numId="17" w16cid:durableId="1273248849">
    <w:abstractNumId w:val="9"/>
  </w:num>
  <w:num w:numId="18" w16cid:durableId="47147229">
    <w:abstractNumId w:val="9"/>
  </w:num>
  <w:num w:numId="19" w16cid:durableId="164908957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7205"/>
    <w:rsid w:val="0006063C"/>
    <w:rsid w:val="00067800"/>
    <w:rsid w:val="001206A8"/>
    <w:rsid w:val="0014706E"/>
    <w:rsid w:val="0015074B"/>
    <w:rsid w:val="0015798A"/>
    <w:rsid w:val="001D4C2F"/>
    <w:rsid w:val="0029639D"/>
    <w:rsid w:val="00326F90"/>
    <w:rsid w:val="003B3ED1"/>
    <w:rsid w:val="005C688B"/>
    <w:rsid w:val="0065193E"/>
    <w:rsid w:val="00796227"/>
    <w:rsid w:val="007D7BAF"/>
    <w:rsid w:val="00875C8D"/>
    <w:rsid w:val="00933B60"/>
    <w:rsid w:val="00A45C81"/>
    <w:rsid w:val="00AA1D8D"/>
    <w:rsid w:val="00AA3A70"/>
    <w:rsid w:val="00AF0DD7"/>
    <w:rsid w:val="00B47730"/>
    <w:rsid w:val="00C726C2"/>
    <w:rsid w:val="00CA45CC"/>
    <w:rsid w:val="00CB0664"/>
    <w:rsid w:val="00CD3991"/>
    <w:rsid w:val="00D37597"/>
    <w:rsid w:val="00F008AD"/>
    <w:rsid w:val="00F16C4B"/>
    <w:rsid w:val="00F80AB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B1F4C7"/>
  <w14:defaultImageDpi w14:val="300"/>
  <w15:docId w15:val="{2051E777-13E7-45F9-A87C-99FB8BE53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B60"/>
  </w:style>
  <w:style w:type="paragraph" w:styleId="Heading1">
    <w:name w:val="heading 1"/>
    <w:basedOn w:val="Normal"/>
    <w:next w:val="Normal"/>
    <w:link w:val="Heading1Char"/>
    <w:uiPriority w:val="9"/>
    <w:qFormat/>
    <w:rsid w:val="00933B60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3B60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33B60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3B6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3B6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3B6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3B6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3B6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3B6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933B6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933B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33B60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33B60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933B60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3B60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3B60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33B60"/>
    <w:rPr>
      <w:rFonts w:asciiTheme="majorHAnsi" w:eastAsiaTheme="majorEastAsia" w:hAnsiTheme="majorHAnsi" w:cstheme="majorBidi"/>
      <w:sz w:val="24"/>
      <w:szCs w:val="24"/>
    </w:rPr>
  </w:style>
  <w:style w:type="paragraph" w:styleId="ListParagraph">
    <w:name w:val="List Paragraph"/>
    <w:basedOn w:val="Normal"/>
    <w:uiPriority w:val="34"/>
    <w:qFormat/>
    <w:rsid w:val="001D4C2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933B60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3B60"/>
    <w:rPr>
      <w:i/>
      <w:iCs/>
      <w:color w:val="404040" w:themeColor="text1" w:themeTint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3B60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3B60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3B60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3B60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3B60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3B60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33B60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styleId="Strong">
    <w:name w:val="Strong"/>
    <w:basedOn w:val="DefaultParagraphFont"/>
    <w:uiPriority w:val="22"/>
    <w:qFormat/>
    <w:rsid w:val="00933B60"/>
    <w:rPr>
      <w:b/>
      <w:bCs/>
    </w:rPr>
  </w:style>
  <w:style w:type="character" w:styleId="Emphasis">
    <w:name w:val="Emphasis"/>
    <w:basedOn w:val="DefaultParagraphFont"/>
    <w:uiPriority w:val="20"/>
    <w:qFormat/>
    <w:rsid w:val="00933B6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3B60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3B60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933B6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933B60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33B60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933B60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33B60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33B60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6C865EA4BBC64892923DBDA079E68E" ma:contentTypeVersion="4" ma:contentTypeDescription="Create a new document." ma:contentTypeScope="" ma:versionID="2c80b929c7224c0fef795285e090c219">
  <xsd:schema xmlns:xsd="http://www.w3.org/2001/XMLSchema" xmlns:xs="http://www.w3.org/2001/XMLSchema" xmlns:p="http://schemas.microsoft.com/office/2006/metadata/properties" xmlns:ns2="ece9f377-5be0-4b64-b1eb-8ad69f6168ae" targetNamespace="http://schemas.microsoft.com/office/2006/metadata/properties" ma:root="true" ma:fieldsID="f518eb2b0f42f34bb189aabfabb684c4" ns2:_="">
    <xsd:import namespace="ece9f377-5be0-4b64-b1eb-8ad69f6168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e9f377-5be0-4b64-b1eb-8ad69f6168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3ED321-A13B-479A-96E9-0E1C1C5F68BB}"/>
</file>

<file path=customXml/itemProps3.xml><?xml version="1.0" encoding="utf-8"?>
<ds:datastoreItem xmlns:ds="http://schemas.openxmlformats.org/officeDocument/2006/customXml" ds:itemID="{FE93FB70-0641-4AE6-AC30-77C9D96EA346}"/>
</file>

<file path=customXml/itemProps4.xml><?xml version="1.0" encoding="utf-8"?>
<ds:datastoreItem xmlns:ds="http://schemas.openxmlformats.org/officeDocument/2006/customXml" ds:itemID="{134A03DE-B934-42F3-8564-59CFA9C2F8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Lily Grant</cp:lastModifiedBy>
  <cp:revision>2</cp:revision>
  <dcterms:created xsi:type="dcterms:W3CDTF">2025-12-29T14:45:00Z</dcterms:created>
  <dcterms:modified xsi:type="dcterms:W3CDTF">2025-12-29T14:45:00Z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0x010100B76C865EA4BBC64892923DBDA079E68E</vt:lpwstr>
  </property>
</Properties>
</file>